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25E4D" w14:textId="77777777" w:rsidR="000545EA" w:rsidRDefault="003A4A17">
      <w:pPr>
        <w:jc w:val="center"/>
      </w:pPr>
      <w:r>
        <w:rPr>
          <w:b/>
          <w:sz w:val="36"/>
        </w:rPr>
        <w:t>Battery Installation &amp; Removal Instructions</w:t>
      </w:r>
    </w:p>
    <w:p w14:paraId="5108919A" w14:textId="77777777" w:rsidR="000545EA" w:rsidRDefault="003A4A17">
      <w:pPr>
        <w:jc w:val="center"/>
      </w:pPr>
      <w:r>
        <w:t>For Milwaukee M18 (18–48 V) Battery</w:t>
      </w:r>
    </w:p>
    <w:p w14:paraId="23C1E75E" w14:textId="77777777" w:rsidR="003A4A17" w:rsidRDefault="003A4A17">
      <w:pPr>
        <w:pStyle w:val="Heading2"/>
      </w:pPr>
    </w:p>
    <w:p w14:paraId="50C6B4C9" w14:textId="196DC8ED" w:rsidR="000545EA" w:rsidRDefault="003A4A17">
      <w:pPr>
        <w:pStyle w:val="Heading2"/>
      </w:pPr>
      <w:r>
        <w:t>⚠</w:t>
      </w:r>
      <w:r>
        <w:t>️</w:t>
      </w:r>
      <w:r>
        <w:t xml:space="preserve"> Important Safety Information</w:t>
      </w:r>
    </w:p>
    <w:p w14:paraId="721255D0" w14:textId="77777777" w:rsidR="000545EA" w:rsidRDefault="003A4A17">
      <w:r>
        <w:t>• Your Check N Tow operates only with the battery style you selected at purchase.</w:t>
      </w:r>
      <w:r>
        <w:br/>
        <w:t xml:space="preserve">• To use a different battery brand (e.g., DeWalt, </w:t>
      </w:r>
      <w:r>
        <w:t>Snap-On), you must purchase the appropriate adapter designed for that battery type.</w:t>
      </w:r>
      <w:r>
        <w:br/>
        <w:t>• Always power off the unit before inserting or removing the battery.</w:t>
      </w:r>
      <w:r>
        <w:br/>
        <w:t>• Use care to avoid bending contacts or forcing the connection.</w:t>
      </w:r>
    </w:p>
    <w:p w14:paraId="445374E7" w14:textId="77777777" w:rsidR="003A4A17" w:rsidRDefault="003A4A17">
      <w:pPr>
        <w:pStyle w:val="Heading2"/>
      </w:pPr>
    </w:p>
    <w:p w14:paraId="538466EF" w14:textId="77777777" w:rsidR="003A4A17" w:rsidRDefault="003A4A17">
      <w:pPr>
        <w:pStyle w:val="Heading2"/>
      </w:pPr>
    </w:p>
    <w:p w14:paraId="447301C0" w14:textId="50B8904B" w:rsidR="000545EA" w:rsidRDefault="003A4A17">
      <w:pPr>
        <w:pStyle w:val="Heading2"/>
      </w:pPr>
      <w:r>
        <w:t>🔧</w:t>
      </w:r>
      <w:r>
        <w:t xml:space="preserve"> Installing the Battery</w:t>
      </w:r>
    </w:p>
    <w:p w14:paraId="0B16FFE4" w14:textId="77777777" w:rsidR="000545EA" w:rsidRDefault="003A4A17">
      <w:r>
        <w:t>1. Align the Battery: Position the Milwaukee M18 battery with the connector rails facing the slot on your Check N Tow.</w:t>
      </w:r>
    </w:p>
    <w:p w14:paraId="0C6378D7" w14:textId="77777777" w:rsidR="000545EA" w:rsidRDefault="003A4A17" w:rsidP="003A4A17">
      <w:pPr>
        <w:jc w:val="center"/>
      </w:pPr>
      <w:r>
        <w:rPr>
          <w:noProof/>
        </w:rPr>
        <w:drawing>
          <wp:inline distT="0" distB="0" distL="0" distR="0" wp14:anchorId="785D8827" wp14:editId="19CE6D63">
            <wp:extent cx="3566160" cy="3566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2322" cy="357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8D9F" w14:textId="77777777" w:rsidR="000545EA" w:rsidRDefault="003A4A17">
      <w:pPr>
        <w:jc w:val="center"/>
      </w:pPr>
      <w:r>
        <w:t>Figure 1 – Battery lock mechanism</w:t>
      </w:r>
    </w:p>
    <w:p w14:paraId="095F9F70" w14:textId="77777777" w:rsidR="003A4A17" w:rsidRDefault="003A4A17"/>
    <w:p w14:paraId="6A5F3A3B" w14:textId="77777777" w:rsidR="003A4A17" w:rsidRDefault="003A4A17"/>
    <w:p w14:paraId="5888EB78" w14:textId="6896559C" w:rsidR="000545EA" w:rsidRDefault="003A4A17">
      <w:r>
        <w:t>2. Slide Into Place: Gently slide the battery along the rails until it clicks and locks into position.</w:t>
      </w:r>
    </w:p>
    <w:p w14:paraId="17BE4B37" w14:textId="77777777" w:rsidR="000545EA" w:rsidRDefault="003A4A17" w:rsidP="003A4A17">
      <w:pPr>
        <w:jc w:val="center"/>
      </w:pPr>
      <w:r>
        <w:rPr>
          <w:noProof/>
        </w:rPr>
        <w:drawing>
          <wp:inline distT="0" distB="0" distL="0" distR="0" wp14:anchorId="4099B3C3" wp14:editId="6392260A">
            <wp:extent cx="41148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30AE" w14:textId="77777777" w:rsidR="000545EA" w:rsidRDefault="003A4A17">
      <w:pPr>
        <w:jc w:val="center"/>
      </w:pPr>
      <w:r>
        <w:t>Figure 2 – Sliding the battery into place</w:t>
      </w:r>
    </w:p>
    <w:p w14:paraId="0564A2ED" w14:textId="77777777" w:rsidR="003A4A17" w:rsidRDefault="003A4A17"/>
    <w:p w14:paraId="245069CA" w14:textId="60D5CE9F" w:rsidR="000545EA" w:rsidRDefault="003A4A17">
      <w:r>
        <w:t>3. Verify Connection: Check that the battery is seated firmly and cannot move freely. If resistance is felt, remove and re-align before reinserting. Do not force the battery—light pressure should be enough.</w:t>
      </w:r>
    </w:p>
    <w:p w14:paraId="0A9DBB2B" w14:textId="77777777" w:rsidR="003A4A17" w:rsidRDefault="003A4A17" w:rsidP="003A4A17"/>
    <w:p w14:paraId="54F1337B" w14:textId="77777777" w:rsidR="003A4A17" w:rsidRDefault="003A4A17" w:rsidP="003A4A17"/>
    <w:p w14:paraId="18D0F915" w14:textId="77777777" w:rsidR="003A4A17" w:rsidRPr="003A4A17" w:rsidRDefault="003A4A17" w:rsidP="003A4A17"/>
    <w:p w14:paraId="001BE7BB" w14:textId="438A3462" w:rsidR="003A4A17" w:rsidRDefault="003A4A17">
      <w:pPr>
        <w:pStyle w:val="Heading2"/>
      </w:pPr>
    </w:p>
    <w:p w14:paraId="652AA76E" w14:textId="77777777" w:rsidR="003A4A17" w:rsidRPr="003A4A17" w:rsidRDefault="003A4A17" w:rsidP="003A4A17"/>
    <w:p w14:paraId="3BF7377C" w14:textId="10A76009" w:rsidR="000545EA" w:rsidRDefault="003A4A17">
      <w:pPr>
        <w:pStyle w:val="Heading2"/>
      </w:pPr>
      <w:r>
        <w:lastRenderedPageBreak/>
        <w:t>🔄</w:t>
      </w:r>
      <w:r>
        <w:t xml:space="preserve"> Removing the Battery</w:t>
      </w:r>
    </w:p>
    <w:p w14:paraId="1618665E" w14:textId="77777777" w:rsidR="000545EA" w:rsidRDefault="003A4A17">
      <w:r>
        <w:t>1. Power Off: Ensure the Check N Tow is turned off.</w:t>
      </w:r>
    </w:p>
    <w:p w14:paraId="411BE137" w14:textId="77777777" w:rsidR="000545EA" w:rsidRDefault="003A4A17">
      <w:r>
        <w:t>2. Release the Locks: Press and hold both red release tabs on the Milwaukee M18 battery simultaneously.</w:t>
      </w:r>
    </w:p>
    <w:p w14:paraId="0D8A1814" w14:textId="77777777" w:rsidR="003A4A17" w:rsidRDefault="003A4A17"/>
    <w:p w14:paraId="659BD63E" w14:textId="77777777" w:rsidR="000545EA" w:rsidRDefault="003A4A17" w:rsidP="003A4A17">
      <w:pPr>
        <w:jc w:val="center"/>
      </w:pPr>
      <w:r>
        <w:rPr>
          <w:noProof/>
        </w:rPr>
        <w:drawing>
          <wp:inline distT="0" distB="0" distL="0" distR="0" wp14:anchorId="78CA448A" wp14:editId="02B46C74">
            <wp:extent cx="41148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EB81" w14:textId="77777777" w:rsidR="000545EA" w:rsidRDefault="003A4A17">
      <w:pPr>
        <w:jc w:val="center"/>
      </w:pPr>
      <w:r>
        <w:t>Figure 3 – Press release tabs and slide battery out</w:t>
      </w:r>
    </w:p>
    <w:p w14:paraId="56617150" w14:textId="77777777" w:rsidR="003A4A17" w:rsidRDefault="003A4A17">
      <w:pPr>
        <w:jc w:val="center"/>
      </w:pPr>
    </w:p>
    <w:p w14:paraId="3B358BAE" w14:textId="77777777" w:rsidR="000545EA" w:rsidRDefault="003A4A17">
      <w:r>
        <w:t>3. Slide Out: While holding the tabs, pull the battery straight out from the connector slot.</w:t>
      </w:r>
    </w:p>
    <w:p w14:paraId="103C678F" w14:textId="77777777" w:rsidR="000545EA" w:rsidRDefault="003A4A17">
      <w:r>
        <w:t>4. Inspect and Store: Inspect terminals for debris or corrosion and store the battery in a cool, dry location away from direct sunlight.</w:t>
      </w:r>
    </w:p>
    <w:sectPr w:rsidR="000545E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51392359">
    <w:abstractNumId w:val="8"/>
  </w:num>
  <w:num w:numId="2" w16cid:durableId="203447780">
    <w:abstractNumId w:val="6"/>
  </w:num>
  <w:num w:numId="3" w16cid:durableId="300232896">
    <w:abstractNumId w:val="5"/>
  </w:num>
  <w:num w:numId="4" w16cid:durableId="1642923191">
    <w:abstractNumId w:val="4"/>
  </w:num>
  <w:num w:numId="5" w16cid:durableId="1262495243">
    <w:abstractNumId w:val="7"/>
  </w:num>
  <w:num w:numId="6" w16cid:durableId="1929147234">
    <w:abstractNumId w:val="3"/>
  </w:num>
  <w:num w:numId="7" w16cid:durableId="711345638">
    <w:abstractNumId w:val="2"/>
  </w:num>
  <w:num w:numId="8" w16cid:durableId="1561744813">
    <w:abstractNumId w:val="1"/>
  </w:num>
  <w:num w:numId="9" w16cid:durableId="81048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45EA"/>
    <w:rsid w:val="0006063C"/>
    <w:rsid w:val="0015074B"/>
    <w:rsid w:val="0029639D"/>
    <w:rsid w:val="00326F90"/>
    <w:rsid w:val="003A4A17"/>
    <w:rsid w:val="00AA1D8D"/>
    <w:rsid w:val="00B47730"/>
    <w:rsid w:val="00BA6726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338D6F"/>
  <w14:defaultImageDpi w14:val="300"/>
  <w15:docId w15:val="{E3E087F4-9ED5-4EE6-9F51-1C42424E1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Justin Taft</cp:lastModifiedBy>
  <cp:revision>2</cp:revision>
  <dcterms:created xsi:type="dcterms:W3CDTF">2025-10-17T02:22:00Z</dcterms:created>
  <dcterms:modified xsi:type="dcterms:W3CDTF">2025-10-17T02:22:00Z</dcterms:modified>
  <cp:category/>
</cp:coreProperties>
</file>